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הגרנד קניון וילוסטון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הגרנד קניון ואת פארק ילוסטון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נוצר הקניון ומהם גייזרים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נהר הקולורדו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כמו חוט כחול 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ריח של בייצים סרוחות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ביזון שחצה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שהוא חפר את הקניון לאט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נוצר במשך מיליוני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ביומן שזה נראה כמו עוגת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שהגייזר התיז עמוד מים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היה גבוה יותר מבניין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חצה את הכביש בנחת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מה שאבא אמר כשהביזון עצר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(עמק עמוק עם פסים צבעוניים בקירות)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(פארק עם גייזרים ואדים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(הנהר שחפר את הקניון)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(חיה גדולה שחצתה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(מתיז מים רותחים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 עמדה על שפת הגרנד קניון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המדריכה סיפרה על נהר הקולורדו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המשפחה הגיעה לילוסטון והריחה ריח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הגייזר המפורסם התיז עמוד מים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ביזון חצה את הכביש בדרך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נוצר על ידי נהר הקולורדו, יש בו פסים צבעוניים בקירות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להסביר שתהליכי טבע לוקחים הרבה מאוד זמן, מיליוני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נהר הקולורדו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מתיז עמוד מים רותחים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ביזון ענקי שחצה את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הגרנד קניון וגייזר כדי להמחיש את הגדלים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הגרנד קניון וילוסטון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עידו כתב ביומן המסע שלו על שני מקומות מדהימים בצפון אמריקה - הגרנד קניון וילוסטון. בדף הזה נתרגל את מה שקראנו ביומן.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חפר את הגרנד קניון במשך מיליוני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הקולורדו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נראה הנהר מלמעלה, מגובה שפת הקניון?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חוט כחול 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רואים אותו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ריח הרגישו בילוסטון?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ריח של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ריח של בייצים סרוחות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ריח של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ריח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עצר את המשפחה בדרך 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ביזון שחצה את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תאונת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המדריכה סיפרה על הקולורדו?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נהר קטן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חפר את הקניון לאט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נהר מלאכותי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בו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הגרנד קניון נוצר תוך יום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קירות הקניון יש פסים של אדום כתום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בילוסטון יש גייזרים שמתיזים מים רותחים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הגייזר שראו היה נמוך מאוד, נמוך מכיסא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הביזון ברח מהר מהמשפחה כי פחד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אמר שבילוסטון החיות הן הבוסיות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נהר ה__________ חפר את הגרנד קניון במשך מיליוני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קירות הקניון ראו פסים של אדום, כתום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בילוסטון עלו __________ מן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הגייזר התיז עמוד מים __________ גבוה יותר מבניין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בדרך חזרה עצר אותם __________ ענקי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לקניון וילוסטון חשוב לארוז כובע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גרנד קניון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חיה גדולה שחצתה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עמק עמוק עם פסים צבעוניים בקירות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נהר הקולורדו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מתיז מים רותחים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פארק עם גייזרים ואדים מהאדמה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גייזר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הנהר שחפר את הקניון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היומן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הגיעה לילוסטון והריחה ריח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הגייזר המפורסם התיז עמוד מים רותחים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המדריכה סיפרה על נהר הקולורדו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ביזון חצה את הכביש בדרך 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עמדה על שפת הגרנד קניון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עובדות על הגרנד קניון שלמדתם מהיומן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המדריכה סיפרה שהקניון נוצר לאט לאט ולא ביום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חפר את הגרנד קניון?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כשגייזר מתפרץ?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המשפחה פגשה בדרך חזרה מילוסטון?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הגרנד קניון וילוסטון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